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החודש העברי כסליו ואת חישוב תאריכי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משמעויות החג דרך ערכים, מילים ומקורות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מגוון מנהגים של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וניתוח עצמאי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לוח השנה העברי: כסליו ותאריכי חנוכה – היכרות עם התאריכים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וישב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לוח השנה העברי: כסליו ותאריכי חנוכה – השלמת פרטי התאריכים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לוח השנה העברי: כסליו ותאריכי חנוכה – הבנה וניתוח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חודש חשוון הקודם היה מלא (30 יום), ולכן היום האחרון שלו הופך גם ליום הראשון של ראש החודש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שבעה ימים, בהתאם לכך שחנוכה נמשך שמונה ימים מהנר הראשון ועד השמיני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חנוכה מתחיל בכ״ה בכסליו ומסתיים בב׳ טבת, כך שהחג חוצה בין שני החודשים ומסמן גם את ראש חודש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הימים חלים בשבת – היום הראשון בחמישה בדצמבר והיום האחרון בשניים עשר בדצמבר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מה זה כסליו: מזל קשת, חורף, יורה ומלקוש – הכרות עם מאפייני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הגשם הראשון בתחילת עונת הגשמים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 זה כסליו: מזל קשת, חורף, יורה ומלקוש – יורה, מלקוש ואור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כסליו נופל בעיצומו של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המזל של כסליו הוא קשת, ואילו הגדי שייך לחודש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יורה הוא הגשם הראשון בתחילת החורף ומלקוש הוא הגשם האחרון לקראת סופו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 זה כסליו: מזל קשת, חורף, יורה ומלקוש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 זה כסליו: מזל קשת, חורף, יורה ומלקוש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(מזל החודש כסליו)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(גשם ראשון בתחילת החורף)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(גשם אחרון לקראת סוף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(עונת השנה שבה חל כסליו)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סיפור חנוכה, מנהגים וסמלים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לזכר נס פך השמן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 חנוכה, מנהגים וסמלים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חנוכה נמשך שמונה ימים, מכ״ה בכסלו ועד ב׳ בטבת.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המנהג הרווח הוא להוסיף נר בכל ערב עד שמונה.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 חנוכה, מנהגים וסמלים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(משחק שבו שיחקו ילדים בזמן לימוד תורה בסתר)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(מאכלים מטוגנים בשמן לזכר נס פך השמן)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 שבו מדליקים נר נוסף בכל ערב מימי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(הנר המשמש להדלקת שאר הנרות)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ערכים, מילת החודש ומן המקורות – זיהוי ותוכן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א-ו-ר וח-נ-ך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ערכים, מילת החודש ומן המקורות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בלוח "נר" מוצגת כמשפחת מילים נפרדת, לצד א-ו-ר וח-נ-ך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בתוכן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ערכים, מילת החודש ומן המקורות – חיבור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(אמונה בעתיד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(אירוע יוצא דופן ששינה מציאות)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(נכונות לעמוד מול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(אחריות של כל אחד כלפי האחר)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ערכים, מילת החודש ומן המקורות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חנוכה בקהילות ובעולם – היכרות עם המילים והמושגים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(Hanukkah)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(hope)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חנוכה בקהילות ובעולם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מטרת הפינה כפי שמתואר בהתאמות לעולים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המילון כולל שש שפות בלבד: עברית, אנגלית, רוסית, אמהרית, ערבית וצרפתית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חנוכה בקהילות ובעולם – קריאה והשוואה בטבלת השפות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חנוכה בקהילות ובעולם – שאלות על הטבלה הרב־לשונית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свет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11.11.2026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הגשם הראשון והגשם האחרון של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המכבים על היוונים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כדי לוודא דיוק ולמנוע טעויות תרבותיות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שהלוח העברי מבוסס על מחזור ירח ולכן יש התאמה ללוח השמש מדי כמה שנים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מקשרת ערך לאירוע קונקרטי בסיפור, לא רק הגדרה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מתארת מנהג ספציפי ולא כללי בלבד, ומראה הבנה שהחג משותף לקהילות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פרק אחד בכל שיעור, לקראת הדלקת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פתוח על משמעות הערכים בהקשר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עבור תלמידים עולים אפשר לשלב את רשימת המילים הבסיסית כבסיס להרחבה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בשאלת הערכה עצמית קצרה לפני 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 קיר לחודש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עולם התוכן של לוח הכיתה לחודש כסליו – מהלוח השנה ועד למנהגי הקהילות. עברו על הפרקים לפי הסדר, ענו בעצמכם לפני בדיקה משותפת, ונסו לנמק כל תשובה בקצרה.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לוח השנה העברי: כסליו ותאריכי חנוכה – היכרות עם התאריכים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יש בחודש חשוון תשפ״ז, לפי העובדה שראש חודש כסליו נחגג יומיים?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בשבוע מודלק נר ראשון של חנוכה בתשפ״ז (כ״ד כסליו)?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ה׳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כולל חודש כסליו תשפ״ז, מא׳ ועד ל׳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פרשת שבוע חל כ״ה בכסליו – היום הראשון של חנוכה תשפ״ז?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לוח השנה העברי: כסליו ותאריכי חנוכה – השלמת פרטי התאריכים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ראש חודש כסליו תשפ״ז חל במשך יומיים: יום ג׳ (ל׳ חשוון) ויום __________ (א׳ כסליו)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נר שמיני של חנוכה מודלק ביום __________ (11.12.2026), לפני כניסת השבת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היום השמיני והאחרון של חנוכה חל בתאריך ב׳ בחודש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הבנות חל יחד עם ראש חודש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לוח השנה העברי: כסליו ותאריכי חנוכה – הבנה וניתוח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ראש חודש כסליו תשפ״ז נחגג במשך יומיים ולא יום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חשבו: כמה ימים חולפים בין הדלקת הנר הראשון (4.12) להדלקת הנר השמיני (11.12)? הסבירו את הקשר למספר ימי החג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הקשר בין חנוכה לבין המעבר מחודש כסליו לחודש טבת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בדקו בלוח: מה משותף ליום הראשון וליום האחרון של חנוכה תשפ״ז מבחינת היום בשבוע?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מה זה כסליו: מזל קשת, חורף, יורה ומלקוש – הכרות עם מאפייני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מזל משויך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כסליו הוא חודש השייך לעונת...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"יורה"?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הראשון בתחילת עונת הגשמים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הגשם האחרון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טל הבוקר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מה זה כסליו: מזל קשת, חורף, יורה ומלקוש – יורה, מלקוש ואור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כסליו הוא אחד מחודשי החורף בלוח העברי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מזל הגדי הוא המזל המשויך לחודש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"יורה" ו"מלקוש" הם שני שמות לאותו סוג גשם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מה זה כסליו: מזל קשת, חורף, יורה ומלקוש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שם הגשם היורד בתחילת עונת הגשמים, בסמוך לכסליו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שם הגשם האחרון, היורד לקראת סוף עונת הגשמים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מה זה כסליו: מזל קשת, חורף, יורה ומלקוש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גשם ראשון בתחילת החורף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עונת השנה שבה חל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מלקוש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מזל החודש כסליו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גשם אחרון לקראת סוף העונה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סיפור חנוכה, מנהגים וסמלים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מסמלות ארבע האותיות שעל הסביבון הנהוג בישראל (נ-ג-ה-פ)?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 קטן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המזל המיוחס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נהוג לאכול מאכלים מטוגנים בשמן בחנוכה, כמו סופגניות ולביבות?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לזכר נס פך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לכבוד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מאכל חורפי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לזכר יציאת מצרים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 חנוכה, מנהגים וסמלים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חנוכה נמשך שבעה ימים.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של חנוכה מוסיפים נר אחד, כך שבליל השמיני מדליקים שמונה נרות (לא כולל השמש).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 חנוכה, מנהגים וסמלים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מאכלים מטוגנים בשמן לזכר נס פך השמן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לביבות וסופגניות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שבו מדליקים נר נוסף בכל ערב מימי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הנר המשמש להדלקת שאר הנרות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משחק שבו שיחקו ילדים בזמן לימוד תורה בסתר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ערכים, מילת החודש ומן המקורות – זיהוי ותוכן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ערכים מוצגים בפינת הערכים שבלוח (אור, תקווה, נס, אומץ, ערבות הדדית)?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סביב אילו שני שורשים בנוי קיר המילים של מילת החודש?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א-ו-ר וח-נ-ך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נ-ס-ך ות-ק-ו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ג-ש-ם וח-ר-ף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ס-ב-ב ומ-ז-ל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 מילים מוצגים בקיר המילים של מילת החודש?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ערכים, מילת החודש ומן המקורות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"נר" נחשבת חלק משורש א-ו-ר בקיר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"מן המקורות" מביאה שישה משפטים על אור וחושך ממקורות שונים כמו התנ״ך והתפילה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ערכים, מילת החודש ומן המקורות – חיבור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של כל אחד כלפי האחר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ניצחון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נכונות לעמוד מול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בעתיד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יוצא דופן ששינה מציאות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ערכים, מילת החודש ומן המקורות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מהשורש ח-נ-ך שעשויה להופיע על קיר המילים היא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ערך בפינת הערכים מלווה בפסוק ו__________ לכיתה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חנוכה בקהילות ובעולם – היכרות עם המילים והמושגים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Hanukkah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miracle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hope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candle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חנוכה בקהילות ובעולם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הפינה 'חנוכה בקהילות' בלוח מזמינה תלמידים לשתף מנהג חנוכה מארץ המוצא של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החזותי לחג המוצג בלוח כולל מילים בשמונה שפות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חנוכה בקהילות ובעולם – קריאה והשוואה בטבלת השפות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האתר, הפינה שבה תלמידים משתפים מנהג מארץ המוצא נקראת 'חנוכה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האתר, מומלץ שדובר/ת השפה יעבור/תעבור על התרגומים לפני __________ הכרזה על הלוח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חנוכה בקהילות ובעולם – שאלות על הטבלה הרב־לשונית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המילון החזותי בלוח, איך אומרים 'אור' ברוסית?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свет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ብርሃን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نور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lumière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המילון החזותי בלוח, איזו מילה עברית מתורגמת לערבית כ'شمعة'?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ראש חודש כסליו תשפ"ז (א' כסליו) חל בתאריך הלועזי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11.11.2026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4.12.2026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5.12.2026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11.12.2026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יש בחודש כסליו תשפ"ז?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מזל החודש של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הביטוי "יורה ומלקוש" מתייחס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הראשון והגשם האחרון של העונה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סוגי קור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ברכות מיוחדות לחג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שמות של נרות החנוכה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חג החנוכה מציין את הניצחון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המכבים על היוונים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ישראל על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המכבים על הרומאים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יהודה על 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מהערכים הבאים מופיע בפינת הערכים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ערבות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מסמלות האותיות על הסביבון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נרות גדולים היו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מדוע חשוב שדובר/ת שפת המקור יעבור/תעבור על התרגומים במילון החזותי לפני התלייה?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לוודא דיוק ולמנוע טעויות תרבותיות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לקצר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להוסיף ניקוד לכל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להחליף את התמונות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מדוע תאריך חנוכה משתנה בלוח הלועזי משנה לשנה?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לקשר בין לפחות שני ערכים (כמו אור ותקווה) לבין סיפור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דוגמה אחת למנהג חנוכה ייחודי מקהילה כלשהי?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 קיר לחודש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