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לוח קיר לחודש כסליו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לוח קיר לחודש כסליו וחנוכה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מבנה החודש העברי כסליו ואת חישוב תאריכי חנוכה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לנתח את משמעויות החג דרך ערכים, מילים ומקורות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מגוון מנהגים של חנוכה בקהילות שונות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וניתוח עצמאי ברמת תיכון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לוח השנה העברי: כסליו ותאריכי חנוכה – היכרות עם התאריכים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30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יום ו׳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30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וישב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לוח השנה העברי: כסליו ותאריכי חנוכה – השלמת פרטי התאריכים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ד׳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ו׳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טבת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טבת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לוח השנה העברי: כסליו ותאריכי חנוכה – הבנה וניתוח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 חודש חשוון הקודם היה מלא (30 יום), ולכן היום האחרון שלו הופך גם ליום הראשון של ראש החודש הבא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שבעה ימים, בהתאם לכך שחנוכה נמשך שמונה ימים מהנר הראשון ועד השמיני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חנוכה מתחיל בכ״ה בכסליו ומסתיים בב׳ טבת, כך שהחג חוצה בין שני החודשים ומסמן גם את ראש חודש טבת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שני הימים חלים בשבת – היום הראשון בחמישה בדצמבר והיום האחרון בשניים עשר בדצמבר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מה זה כסליו: מזל קשת, חורף, יורה ומלקוש – הכרות עם מאפייני החודש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קשת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החורף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הגשם הראשון בתחילת עונת הגשמים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מה זה כסליו: מזל קשת, חורף, יורה ומלקוש – יורה, מלקוש ואור בחושך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כסליו נופל בעיצומו של החורף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המזל של כסליו הוא קשת, ואילו הגדי שייך לחודש טבת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יורה הוא הגשם הראשון בתחילת החורף ומלקוש הוא הגשם האחרון לקראת סופו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מה זה כסליו: מזל קשת, חורף, יורה ומלקוש – השלמות והתאמות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מלקוש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מה זה כסליו: מזל קשת, חורף, יורה ומלקוש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(מזל החודש כסליו)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(גשם ראשון בתחילת החורף)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(גשם אחרון לקראת סוף העונה)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(עונת השנה שבה חל כסליו)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סיפור חנוכה, מנהגים וסמלים – זיהוי עובדות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נס גדול היה 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קשת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לזכר נס פך השמן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סיפור חנוכה, מנהגים וסמלים – הבנה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חנוכה נמשך שמונה ימים, מכ״ה בכסלו ועד ב׳ בטבת.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המנהג הרווח הוא להוסיף נר בכל ערב עד שמונה.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סיפור חנוכה, מנהגים וסמלים – התאמה וסדר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(משחק שבו שיחקו ילדים בזמן לימוד תורה בסתר)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(מאכלים מטוגנים בשמן לזכר נס פך השמן)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(כלי שבו מדליקים נר נוסף בכל ערב מימי החג)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(הנר המשמש להדלקת שאר הנרות)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4 · ערכים, מילת החודש ומן המקורות – זיהוי ותוכן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חמישה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א-ו-ר וח-נ-ך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 – 12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ערכים, מילת החודש ומן המקורות – התאמה והשלמה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בלוח "נר" מוצגת כמשפחת מילים נפרדת, לצד א-ו-ר וח-נ-ך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מתואר בתוכן הלוח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ערכים, מילת החודש ומן המקורות – חיבור והסבר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(ניצחון על החושך)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(אמונה בעתיד טוב יותר)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(אירוע יוצא דופן ששינה מציאות)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(נכונות לעמוד מול קושי)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(אחריות של כל אחד כלפי האחר)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ערכים, מילת החודש ומן המקורות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חנוכה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שאלה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חנוכה בקהילות ובעולם – היכרות עם המילים והמושגים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(Hanukkah)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(candle)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(light)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(miracle)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(hope)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חנוכה בקהילות ובעולם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בדיוק מטרת הפינה כפי שמתואר בהתאמות לעולים באתר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המילון כולל שש שפות בלבד: עברית, אנגלית, רוסית, אמהרית, ערבית וצרפתית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חנוכה בקהילות ובעולם – קריאה והשוואה בטבלת השפות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בקהילות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תלייה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חנוכה בקהילות ובעולם – שאלות על הטבלה הרב־לשונית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свет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נר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חזרה מסכמת – שאלות סגורות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11.11.2026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30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קשת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הגשם הראשון והגשם האחרון של העונה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המכבים על היוונים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ערבות הדדית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ב – נס גדול היה 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א – כדי לוודא דיוק ולמנוע טעויות תרבותיות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מזכירה שהלוח העברי מבוסס על מחזור ירח ולכן יש התאמה ללוח השמש מדי כמה שנים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מקשרת ערך לאירוע קונקרטי בסיפור, לא רק הגדרה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מתארת מנהג ספציפי ולא כללי בלבד, ומראה הבנה שהחג משותף לקהילות שונות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לפרוס את החוברת על פני כמה שיעורים – פרק אחד בכל שיעור, לקראת הדלקת הנרות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כדאי להוסיף דיון פתוח על משמעות הערכים בהקשר 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עבור תלמידים עולים אפשר לשלב את רשימת המילים הבסיסית כבסיס להרחבה בעברית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לסיים כל פרק בשאלת הערכה עצמית קצרה לפני מעבר לפרק הבא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לוח קיר לחודש כסליו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לוח קיר לחודש כסליו וחנוכה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הזאת נלמד על חודש כסליו וחג החנוכה. עוברים על כל פרק לפי הסדר וכותבים תשובות קצרות.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כסליו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החודש התשיעי בלוח העברי, חל בחורף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חנוכה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האורים, שמונה ימים לזכר הנס והניצחון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יורה ומלקוש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שמות לגשמי תחילת וסוף עונת הגשמים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חנוכייה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מנורה בת שמונה קנים ושמש להדלקת נרות החג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סביבון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כלי משחק מסתובב עם ארבע אותיות בעלות משמעות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ערבות הדדית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ערך של אחריות ודאגה הדדית בין בני אדם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מן המקורות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משפטים מהתנ״ך, המשנה והתפילה הקשורים לאור ולחושך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פרשת וישב / מקץ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פרשות השבוע שחלות בתקופת חנוכה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לוח השנה העברי: כסליו ותאריכי חנוכה – היכרות עם התאריכים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ימים יש בחודש חשוון השנה?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31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באיזה יום בשבוע מדליקים נר ראשון?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יום ה׳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יום ו׳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יום שבת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יום א׳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ימים יש בחודש כסליו?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31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פרשה קוראים ביום הראשון של חנוכה?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וישב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מקץ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ויגש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ויחי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לוח השנה העברי: כסליו ותאריכי חנוכה – השלמת פרטי התאריכים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ראש חודש כסליו תשפ״ז חל במשך יומיים: יום ג׳ (ל׳ חשוון) ויום __________ (א׳ כסליו)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נר שמיני של חנוכה מודלק ביום __________ (11.12.2026), לפני כניסת השבת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היום השמיני והאחרון של חנוכה חל בתאריך ב׳ בחודש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חג הבנות חל יחד עם ראש חודש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לוח השנה העברי: כסליו ותאריכי חנוכה – הבנה וניתוח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מדוע ראש חודש כסליו תשפ״ז נחגג במשך יומיים ולא יום אחד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חשבו: כמה ימים חולפים בין הדלקת הנר הראשון (4.12) להדלקת הנר השמיני (11.12)? הסבירו את הקשר למספר ימי החג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הסבירו את הקשר בין חנוכה לבין המעבר מחודש כסליו לחודש טבת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בדקו בלוח: מה משותף ליום הראשון וליום האחרון של חנוכה תשפ״ז מבחינת היום בשבוע?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2 · מה זה כסליו: מזל קשת, חורף, יורה ומלקוש – הכרות עם מאפייני החודש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מהו המזל של כסליו?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קשת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עקרב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באיזו עונה נמצא כסליו?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הסתיו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החורף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האביב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הקיץ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המילה יורה מתארת?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הגשם הראשון בתחילת עונת הגשמים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הגשם האחרון באביב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שלג כבד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טל הבוקר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מה זה כסליו: מזל קשת, חורף, יורה ומלקוש – יורה, מלקוש ואור בחושך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כסליו הוא אחד מחודשי החורף בלוח העברי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מזל הגדי הוא המזל המשויך לחודש כסליו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"יורה" ו"מלקוש" הם שני שמות לאותו סוג גשם בדיוק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מה זה כסליו: מזל קשת, חורף, יורה ומלקוש – השלמות והתאמות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ה__________ הוא שם הגשם היורד בתחילת עונת הגשמים, בסמוך לכסליו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ה__________ הוא שם הגשם האחרון, היורד לקראת סוף עונת הגשמים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מה זה כסליו: מזל קשת, חורף, יורה ומלקוש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קשת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גשם ראשון בתחילת החורף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יורה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גשם אחרון לקראת סוף העונה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מלקוש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עונת השנה שבה חל כסליו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חורף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מזל החודש כסליו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סיפור חנוכה, מנהגים וסמלים – זיהוי עובדות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פירוש האותיות שעל הסביבון בישראל?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נס גדול היה 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נס גדול היה 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נר גדול היה 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נס קטן היה 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מזל שייך לחודש כסליו?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טלה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קשת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מאזניים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אוכלים מאכלים בשמן בחנוכה?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לזכר נס פך השמן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לכבוד ראש השנה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זה מאכל חורפי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לזכר יציאת מצרים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סיפור חנוכה, מנהגים וסמלים – הבנה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חנוכה נמשך שבעה ימים.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ערב של חנוכה מוסיפים נר אחד, כך שבליל השמיני מדליקים שמונה נרות (לא כולל השמש).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סיפור חנוכה, מנהגים וסמלים – התאמה וסדר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סביבון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מאכלים מטוגנים בשמן לזכר נס פך השמן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לביבות וסופגניות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משחק שבו שיחקו ילדים בזמן לימוד תורה בסתר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חנוכייה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הנר המשמש להדלקת שאר הנרות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נר שמש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כלי שבו מדליקים נר נוסף בכל ערב מימי החג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4 · ערכים, מילת החודש ומן המקורות – זיהוי ותוכן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ערכים יש בפינת הערכים?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ארבעה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חמישה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אילו שורשים מופיעים על קיר המילים?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א-ו-ר וח-נ-ך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נ-ס-ך ות-ק-ו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ג-ש-ם וח-ר-ף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ס-ב-ב ומ-ז-ל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כרטיסים יש בקיר המילים?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12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ערכים, מילת החודש ומן המקורות – התאמה והשלמה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"נר" נחשבת חלק משורש א-ו-ר בקיר המילים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פינת "מן המקורות" מביאה שישה משפטים על אור וחושך ממקורות שונים כמו התנ״ך והתפילה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ערכים, מילת החודש ומן המקורות – חיבור והסבר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אמונה בעתיד טוב יותר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תקווה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נכונות לעמוד מול קושי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נס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אחריות של כל אחד כלפי האחר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אומץ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ניצחון על החושך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ערבות הדדית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אירוע יוצא דופן ששינה מציאות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ערכים, מילת החודש ומן המקורות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מילה מהשורש ח-נ-ך שעשויה להופיע על קיר המילים היא "__________"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כל ערך בפינת הערכים מלווה בפסוק ו__________ לכיתה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5 · חנוכה בקהילות ובעולם – היכרות עם המילים והמושגים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חנוכה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hope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נר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miracle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Hanukkah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נס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light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תקווה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candle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חנוכה בקהילות ובעולם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הפינה 'חנוכה בקהילות' בלוח מזמינה תלמידים לשתף מנהג חנוכה מארץ המוצא של המשפחה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המילון החזותי לחג המוצג בלוח כולל מילים בשמונה שפות שונות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חנוכה בקהילות ובעולם – קריאה והשוואה בטבלת השפות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לפי האתר, הפינה שבה תלמידים משתפים מנהג מארץ המוצא נקראת 'חנוכה __________'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לפי האתר, מומלץ שדובר/ת השפה יעבור/תעבור על התרגומים לפני __________ הכרזה על הלוח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5 · חנוכה בקהילות ובעולם – שאלות על הטבלה הרב־לשונית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המילה 'אור' ברוסית לפי הטבלה?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свет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ብርሃን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نور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lumière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מילה עברית שווה ל'شمعة' בערבית?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חנוכייה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סביבון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נס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חזרה מסכמת – שאלות סגורות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מתי חל א' כסליו תשפ"ז?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11.11.2026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4.12.2026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5.12.2026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11.12.2026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מספר הימים בחודש כסליו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31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מזל שייך לכסליו?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עקרב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קשת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הפירוש של יורה ומלקוש?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הגשם הראשון והגשם האחרון של העונה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שני סוגי קור בחורף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ברכות מיוחדות לחג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שמות של נרות החנוכה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על מי ניצחו בחנוכה?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המכבים על היוונים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בני ישראל על מצרים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המכבים על הרומאים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יהודה על גלית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ערך שמופיע בלוח הכיתה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קנאה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תחרות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ערבות הדדית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כעס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מה כתוב על הסביבון בארץ?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נס גדול היה 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נס גדול היה 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נר גדול היה 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נרות גדולים היו 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למה צריך לבדוק את התרגומים?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לוודא דיוק ולמנוע טעויות תרבותיות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לקצר את הטקסט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להוסיף ניקוד לכל 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כדי להחליף את התמונות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יודע/ת להסביר מדוע תאריך חנוכה משתנה בלוח הלועזי משנה לשנה?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יכול/ה לקשר בין לפחות שני ערכים (כמו אור ותקווה) לבין סיפור החנוכה?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מכיר/ה דוגמה אחת למנהג חנוכה ייחודי מקהילה כלשהי?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לוח קיר לחודש כסליו וחנוכה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